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802" w:rsidRPr="00234802" w:rsidRDefault="00694E0A" w:rsidP="00234802">
      <w:pPr>
        <w:jc w:val="center"/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</w:pPr>
      <w:proofErr w:type="spellStart"/>
      <w:r w:rsidRPr="00234802">
        <w:rPr>
          <w:rFonts w:asciiTheme="majorHAnsi" w:hAnsiTheme="majorHAnsi" w:cstheme="majorHAnsi"/>
          <w:b/>
          <w:sz w:val="36"/>
          <w:u w:val="single"/>
        </w:rPr>
        <w:t>Přihláška</w:t>
      </w:r>
      <w:proofErr w:type="spellEnd"/>
      <w:r w:rsidRPr="00234802">
        <w:rPr>
          <w:rFonts w:asciiTheme="majorHAnsi" w:hAnsiTheme="majorHAnsi" w:cstheme="majorHAnsi"/>
          <w:b/>
          <w:sz w:val="36"/>
          <w:u w:val="single"/>
        </w:rPr>
        <w:t xml:space="preserve"> </w:t>
      </w:r>
      <w:proofErr w:type="spellStart"/>
      <w:r w:rsidRPr="00234802">
        <w:rPr>
          <w:rFonts w:asciiTheme="majorHAnsi" w:hAnsiTheme="majorHAnsi" w:cstheme="majorHAnsi"/>
          <w:b/>
          <w:sz w:val="36"/>
          <w:u w:val="single"/>
        </w:rPr>
        <w:t>na</w:t>
      </w:r>
      <w:proofErr w:type="spellEnd"/>
      <w:r w:rsidRPr="00234802">
        <w:rPr>
          <w:rFonts w:asciiTheme="majorHAnsi" w:hAnsiTheme="majorHAnsi" w:cstheme="majorHAnsi"/>
          <w:b/>
          <w:sz w:val="36"/>
          <w:u w:val="single"/>
        </w:rPr>
        <w:t xml:space="preserve"> </w:t>
      </w:r>
      <w:proofErr w:type="spellStart"/>
      <w:r w:rsidRPr="00234802">
        <w:rPr>
          <w:rFonts w:asciiTheme="majorHAnsi" w:hAnsiTheme="majorHAnsi" w:cstheme="majorHAnsi"/>
          <w:b/>
          <w:sz w:val="36"/>
          <w:u w:val="single"/>
        </w:rPr>
        <w:t>přípravné</w:t>
      </w:r>
      <w:proofErr w:type="spellEnd"/>
      <w:r w:rsidRPr="00234802">
        <w:rPr>
          <w:rFonts w:asciiTheme="majorHAnsi" w:hAnsiTheme="majorHAnsi" w:cstheme="majorHAnsi"/>
          <w:b/>
          <w:sz w:val="36"/>
          <w:u w:val="single"/>
        </w:rPr>
        <w:t xml:space="preserve"> </w:t>
      </w:r>
      <w:proofErr w:type="spellStart"/>
      <w:r w:rsidRPr="00234802">
        <w:rPr>
          <w:rFonts w:asciiTheme="majorHAnsi" w:hAnsiTheme="majorHAnsi" w:cstheme="majorHAnsi"/>
          <w:b/>
          <w:sz w:val="36"/>
          <w:u w:val="single"/>
        </w:rPr>
        <w:t>kurzy</w:t>
      </w:r>
      <w:proofErr w:type="spellEnd"/>
      <w:r w:rsidRPr="00234802">
        <w:rPr>
          <w:rFonts w:asciiTheme="majorHAnsi" w:hAnsiTheme="majorHAnsi" w:cstheme="majorHAnsi"/>
          <w:b/>
          <w:sz w:val="36"/>
          <w:u w:val="single"/>
        </w:rPr>
        <w:t xml:space="preserve"> </w:t>
      </w:r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 xml:space="preserve">k </w:t>
      </w:r>
      <w:proofErr w:type="spellStart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>přijímacím</w:t>
      </w:r>
      <w:proofErr w:type="spellEnd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 xml:space="preserve"> </w:t>
      </w:r>
      <w:proofErr w:type="spellStart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>zkouškám</w:t>
      </w:r>
      <w:proofErr w:type="spellEnd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 xml:space="preserve"> pro </w:t>
      </w:r>
      <w:proofErr w:type="spellStart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>školní</w:t>
      </w:r>
      <w:proofErr w:type="spellEnd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 xml:space="preserve"> </w:t>
      </w:r>
      <w:proofErr w:type="spellStart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>rok</w:t>
      </w:r>
      <w:proofErr w:type="spellEnd"/>
      <w:r w:rsidR="00234802" w:rsidRPr="00234802">
        <w:rPr>
          <w:rFonts w:asciiTheme="majorHAnsi" w:eastAsia="Calibri" w:hAnsiTheme="majorHAnsi" w:cstheme="majorHAnsi"/>
          <w:b/>
          <w:color w:val="000000"/>
          <w:sz w:val="40"/>
          <w:szCs w:val="24"/>
          <w:u w:val="single"/>
          <w:shd w:val="clear" w:color="auto" w:fill="FFFFFF"/>
          <w:lang w:eastAsia="cs-CZ"/>
        </w:rPr>
        <w:t xml:space="preserve"> 2027/2028</w:t>
      </w:r>
    </w:p>
    <w:tbl>
      <w:tblPr>
        <w:tblStyle w:val="Mkatabulky"/>
        <w:tblW w:w="10513" w:type="dxa"/>
        <w:tblLayout w:type="fixed"/>
        <w:tblLook w:val="04A0" w:firstRow="1" w:lastRow="0" w:firstColumn="1" w:lastColumn="0" w:noHBand="0" w:noVBand="1"/>
      </w:tblPr>
      <w:tblGrid>
        <w:gridCol w:w="1803"/>
        <w:gridCol w:w="205"/>
        <w:gridCol w:w="1598"/>
        <w:gridCol w:w="103"/>
        <w:gridCol w:w="1701"/>
        <w:gridCol w:w="1700"/>
        <w:gridCol w:w="1700"/>
        <w:gridCol w:w="1703"/>
      </w:tblGrid>
      <w:tr w:rsidR="00C12453" w:rsidTr="00920150">
        <w:trPr>
          <w:trHeight w:val="363"/>
        </w:trPr>
        <w:tc>
          <w:tcPr>
            <w:tcW w:w="10513" w:type="dxa"/>
            <w:gridSpan w:val="8"/>
            <w:shd w:val="clear" w:color="auto" w:fill="D9D9D9" w:themeFill="background1" w:themeFillShade="D9"/>
          </w:tcPr>
          <w:p w:rsidR="00C12453" w:rsidRPr="00C12453" w:rsidRDefault="00C12453" w:rsidP="00C12453">
            <w:pPr>
              <w:jc w:val="center"/>
              <w:rPr>
                <w:b/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Informace</w:t>
            </w:r>
            <w:proofErr w:type="spellEnd"/>
            <w:r w:rsidRPr="00C12453">
              <w:rPr>
                <w:b/>
                <w:sz w:val="28"/>
              </w:rPr>
              <w:t xml:space="preserve"> o </w:t>
            </w:r>
            <w:proofErr w:type="spellStart"/>
            <w:r w:rsidRPr="00C12453">
              <w:rPr>
                <w:b/>
                <w:sz w:val="28"/>
              </w:rPr>
              <w:t>uchazeči</w:t>
            </w:r>
            <w:proofErr w:type="spellEnd"/>
          </w:p>
        </w:tc>
      </w:tr>
      <w:tr w:rsidR="00C12453" w:rsidTr="00920150">
        <w:trPr>
          <w:trHeight w:val="363"/>
        </w:trPr>
        <w:tc>
          <w:tcPr>
            <w:tcW w:w="3709" w:type="dxa"/>
            <w:gridSpan w:val="4"/>
          </w:tcPr>
          <w:p w:rsidR="00C12453" w:rsidRPr="00C12453" w:rsidRDefault="00C12453" w:rsidP="00C12453">
            <w:pPr>
              <w:rPr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Jméno</w:t>
            </w:r>
            <w:proofErr w:type="spellEnd"/>
            <w:r w:rsidRPr="00C12453">
              <w:rPr>
                <w:b/>
                <w:sz w:val="28"/>
              </w:rPr>
              <w:t xml:space="preserve"> a </w:t>
            </w:r>
            <w:proofErr w:type="spellStart"/>
            <w:r w:rsidRPr="00C12453">
              <w:rPr>
                <w:b/>
                <w:sz w:val="28"/>
              </w:rPr>
              <w:t>příjmení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6804" w:type="dxa"/>
            <w:gridSpan w:val="4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C12453" w:rsidTr="00920150">
        <w:trPr>
          <w:trHeight w:val="377"/>
        </w:trPr>
        <w:tc>
          <w:tcPr>
            <w:tcW w:w="3709" w:type="dxa"/>
            <w:gridSpan w:val="4"/>
          </w:tcPr>
          <w:p w:rsidR="00C12453" w:rsidRPr="00C12453" w:rsidRDefault="00C12453">
            <w:pPr>
              <w:rPr>
                <w:b/>
                <w:sz w:val="28"/>
              </w:rPr>
            </w:pPr>
            <w:r w:rsidRPr="00C12453">
              <w:rPr>
                <w:b/>
                <w:sz w:val="28"/>
              </w:rPr>
              <w:t xml:space="preserve">Datum </w:t>
            </w:r>
            <w:proofErr w:type="spellStart"/>
            <w:r w:rsidRPr="00C12453">
              <w:rPr>
                <w:b/>
                <w:sz w:val="28"/>
              </w:rPr>
              <w:t>narození</w:t>
            </w:r>
            <w:proofErr w:type="spellEnd"/>
            <w:r w:rsidRPr="00C12453">
              <w:rPr>
                <w:b/>
                <w:sz w:val="28"/>
              </w:rPr>
              <w:t>:</w:t>
            </w:r>
          </w:p>
        </w:tc>
        <w:tc>
          <w:tcPr>
            <w:tcW w:w="6804" w:type="dxa"/>
            <w:gridSpan w:val="4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C12453" w:rsidTr="00DA4305">
        <w:trPr>
          <w:trHeight w:val="363"/>
        </w:trPr>
        <w:tc>
          <w:tcPr>
            <w:tcW w:w="2008" w:type="dxa"/>
            <w:gridSpan w:val="2"/>
          </w:tcPr>
          <w:p w:rsidR="00C12453" w:rsidRPr="00C12453" w:rsidRDefault="00C12453">
            <w:pPr>
              <w:rPr>
                <w:b/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Telefon</w:t>
            </w:r>
            <w:proofErr w:type="spellEnd"/>
            <w:r w:rsidRPr="00C12453">
              <w:rPr>
                <w:b/>
                <w:sz w:val="28"/>
              </w:rPr>
              <w:t>:</w:t>
            </w:r>
          </w:p>
        </w:tc>
        <w:tc>
          <w:tcPr>
            <w:tcW w:w="8505" w:type="dxa"/>
            <w:gridSpan w:val="6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C12453" w:rsidTr="00920150">
        <w:trPr>
          <w:trHeight w:val="363"/>
        </w:trPr>
        <w:tc>
          <w:tcPr>
            <w:tcW w:w="10513" w:type="dxa"/>
            <w:gridSpan w:val="8"/>
            <w:shd w:val="clear" w:color="auto" w:fill="D9D9D9" w:themeFill="background1" w:themeFillShade="D9"/>
          </w:tcPr>
          <w:p w:rsidR="00C12453" w:rsidRPr="00C12453" w:rsidRDefault="00C12453" w:rsidP="00C12453">
            <w:pPr>
              <w:jc w:val="center"/>
              <w:rPr>
                <w:b/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Informace</w:t>
            </w:r>
            <w:proofErr w:type="spellEnd"/>
            <w:r w:rsidRPr="00C12453">
              <w:rPr>
                <w:b/>
                <w:sz w:val="28"/>
              </w:rPr>
              <w:t xml:space="preserve"> o </w:t>
            </w:r>
            <w:proofErr w:type="spellStart"/>
            <w:r w:rsidRPr="00C12453">
              <w:rPr>
                <w:b/>
                <w:sz w:val="28"/>
              </w:rPr>
              <w:t>zákonném</w:t>
            </w:r>
            <w:proofErr w:type="spellEnd"/>
            <w:r w:rsidRPr="00C12453">
              <w:rPr>
                <w:b/>
                <w:sz w:val="28"/>
              </w:rPr>
              <w:t xml:space="preserve"> </w:t>
            </w:r>
            <w:proofErr w:type="spellStart"/>
            <w:r w:rsidRPr="00C12453">
              <w:rPr>
                <w:b/>
                <w:sz w:val="28"/>
              </w:rPr>
              <w:t>zástupci</w:t>
            </w:r>
            <w:proofErr w:type="spellEnd"/>
            <w:r w:rsidRPr="00C12453">
              <w:rPr>
                <w:b/>
                <w:sz w:val="28"/>
              </w:rPr>
              <w:t xml:space="preserve"> (</w:t>
            </w:r>
            <w:proofErr w:type="spellStart"/>
            <w:r w:rsidRPr="00C12453">
              <w:rPr>
                <w:b/>
                <w:sz w:val="28"/>
              </w:rPr>
              <w:t>pouze</w:t>
            </w:r>
            <w:proofErr w:type="spellEnd"/>
            <w:r w:rsidRPr="00C12453">
              <w:rPr>
                <w:b/>
                <w:sz w:val="28"/>
              </w:rPr>
              <w:t xml:space="preserve"> u </w:t>
            </w:r>
            <w:proofErr w:type="spellStart"/>
            <w:r w:rsidRPr="00C12453">
              <w:rPr>
                <w:b/>
                <w:sz w:val="28"/>
              </w:rPr>
              <w:t>nezletilých</w:t>
            </w:r>
            <w:proofErr w:type="spellEnd"/>
            <w:r w:rsidRPr="00C12453">
              <w:rPr>
                <w:b/>
                <w:sz w:val="28"/>
              </w:rPr>
              <w:t xml:space="preserve"> </w:t>
            </w:r>
            <w:proofErr w:type="spellStart"/>
            <w:r w:rsidRPr="00C12453">
              <w:rPr>
                <w:b/>
                <w:sz w:val="28"/>
              </w:rPr>
              <w:t>uchazečů</w:t>
            </w:r>
            <w:proofErr w:type="spellEnd"/>
            <w:r w:rsidRPr="00C12453">
              <w:rPr>
                <w:b/>
                <w:sz w:val="28"/>
              </w:rPr>
              <w:t>)</w:t>
            </w:r>
          </w:p>
        </w:tc>
      </w:tr>
      <w:tr w:rsidR="00C12453" w:rsidTr="00920150">
        <w:trPr>
          <w:trHeight w:val="363"/>
        </w:trPr>
        <w:tc>
          <w:tcPr>
            <w:tcW w:w="3709" w:type="dxa"/>
            <w:gridSpan w:val="4"/>
          </w:tcPr>
          <w:p w:rsidR="00C12453" w:rsidRPr="00C12453" w:rsidRDefault="00C12453">
            <w:pPr>
              <w:rPr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Jméno</w:t>
            </w:r>
            <w:proofErr w:type="spellEnd"/>
            <w:r w:rsidRPr="00C12453">
              <w:rPr>
                <w:b/>
                <w:sz w:val="28"/>
              </w:rPr>
              <w:t xml:space="preserve"> a </w:t>
            </w:r>
            <w:proofErr w:type="spellStart"/>
            <w:r w:rsidRPr="00C12453">
              <w:rPr>
                <w:b/>
                <w:sz w:val="28"/>
              </w:rPr>
              <w:t>příjmení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6804" w:type="dxa"/>
            <w:gridSpan w:val="4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C12453" w:rsidTr="00DA4305">
        <w:trPr>
          <w:trHeight w:val="363"/>
        </w:trPr>
        <w:tc>
          <w:tcPr>
            <w:tcW w:w="2008" w:type="dxa"/>
            <w:gridSpan w:val="2"/>
          </w:tcPr>
          <w:p w:rsidR="00C12453" w:rsidRPr="00C12453" w:rsidRDefault="00C12453">
            <w:pPr>
              <w:rPr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Telefon</w:t>
            </w:r>
            <w:proofErr w:type="spellEnd"/>
            <w:r w:rsidRPr="00C12453">
              <w:rPr>
                <w:b/>
                <w:sz w:val="28"/>
              </w:rPr>
              <w:t>:</w:t>
            </w:r>
          </w:p>
        </w:tc>
        <w:tc>
          <w:tcPr>
            <w:tcW w:w="8505" w:type="dxa"/>
            <w:gridSpan w:val="6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C12453" w:rsidTr="00920150">
        <w:trPr>
          <w:trHeight w:val="377"/>
        </w:trPr>
        <w:tc>
          <w:tcPr>
            <w:tcW w:w="10513" w:type="dxa"/>
            <w:gridSpan w:val="8"/>
            <w:shd w:val="clear" w:color="auto" w:fill="BFBFBF" w:themeFill="background1" w:themeFillShade="BF"/>
          </w:tcPr>
          <w:p w:rsidR="00C12453" w:rsidRPr="00C12453" w:rsidRDefault="00DA4305" w:rsidP="00DA4305">
            <w:pPr>
              <w:jc w:val="center"/>
              <w:rPr>
                <w:sz w:val="28"/>
              </w:rPr>
            </w:pPr>
            <w:proofErr w:type="spellStart"/>
            <w:r w:rsidRPr="00DA4305">
              <w:rPr>
                <w:b/>
                <w:sz w:val="28"/>
              </w:rPr>
              <w:t>Kontaktní</w:t>
            </w:r>
            <w:proofErr w:type="spellEnd"/>
            <w:r w:rsidRPr="00DA4305">
              <w:rPr>
                <w:b/>
                <w:sz w:val="28"/>
              </w:rPr>
              <w:t xml:space="preserve"> e-mail</w:t>
            </w:r>
            <w:r>
              <w:rPr>
                <w:sz w:val="28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n</w:t>
            </w:r>
            <w:r w:rsidR="00B3171F" w:rsidRPr="00B3171F">
              <w:rPr>
                <w:b/>
                <w:sz w:val="20"/>
              </w:rPr>
              <w:t>a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tuto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adresu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bude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nejpozději</w:t>
            </w:r>
            <w:proofErr w:type="spellEnd"/>
            <w:r w:rsidR="00B3171F" w:rsidRPr="00B3171F">
              <w:rPr>
                <w:b/>
                <w:sz w:val="20"/>
              </w:rPr>
              <w:t xml:space="preserve"> v </w:t>
            </w:r>
            <w:proofErr w:type="spellStart"/>
            <w:r w:rsidR="00B3171F" w:rsidRPr="00B3171F">
              <w:rPr>
                <w:b/>
                <w:sz w:val="20"/>
              </w:rPr>
              <w:t>pátek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před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konáním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kurzu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zaslán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rozpis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konkrétního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sobotního</w:t>
            </w:r>
            <w:proofErr w:type="spellEnd"/>
            <w:r w:rsidR="00B3171F" w:rsidRPr="00B3171F">
              <w:rPr>
                <w:b/>
                <w:sz w:val="20"/>
              </w:rPr>
              <w:t xml:space="preserve"> </w:t>
            </w:r>
            <w:proofErr w:type="spellStart"/>
            <w:r w:rsidR="00B3171F" w:rsidRPr="00B3171F">
              <w:rPr>
                <w:b/>
                <w:sz w:val="20"/>
              </w:rPr>
              <w:t>termínu</w:t>
            </w:r>
            <w:proofErr w:type="spellEnd"/>
            <w:r w:rsidR="00B3171F" w:rsidRPr="00B3171F">
              <w:rPr>
                <w:b/>
                <w:sz w:val="20"/>
              </w:rPr>
              <w:t>.</w:t>
            </w:r>
          </w:p>
        </w:tc>
      </w:tr>
      <w:tr w:rsidR="00C12453" w:rsidTr="00DA4305">
        <w:trPr>
          <w:trHeight w:val="363"/>
        </w:trPr>
        <w:tc>
          <w:tcPr>
            <w:tcW w:w="2008" w:type="dxa"/>
            <w:gridSpan w:val="2"/>
          </w:tcPr>
          <w:p w:rsidR="00C12453" w:rsidRPr="00C12453" w:rsidRDefault="00C12453" w:rsidP="00DA4305">
            <w:pPr>
              <w:rPr>
                <w:sz w:val="28"/>
              </w:rPr>
            </w:pPr>
            <w:r w:rsidRPr="00C12453">
              <w:rPr>
                <w:b/>
                <w:sz w:val="28"/>
              </w:rPr>
              <w:t>E-mail:</w:t>
            </w:r>
          </w:p>
        </w:tc>
        <w:tc>
          <w:tcPr>
            <w:tcW w:w="8505" w:type="dxa"/>
            <w:gridSpan w:val="6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C12453" w:rsidTr="00920150">
        <w:trPr>
          <w:trHeight w:val="363"/>
        </w:trPr>
        <w:tc>
          <w:tcPr>
            <w:tcW w:w="10513" w:type="dxa"/>
            <w:gridSpan w:val="8"/>
            <w:shd w:val="clear" w:color="auto" w:fill="D9D9D9" w:themeFill="background1" w:themeFillShade="D9"/>
          </w:tcPr>
          <w:p w:rsidR="00C12453" w:rsidRPr="00C12453" w:rsidRDefault="00C12453" w:rsidP="00C12453">
            <w:pPr>
              <w:jc w:val="center"/>
              <w:rPr>
                <w:sz w:val="28"/>
              </w:rPr>
            </w:pPr>
            <w:proofErr w:type="spellStart"/>
            <w:r w:rsidRPr="00C12453">
              <w:rPr>
                <w:b/>
                <w:sz w:val="28"/>
              </w:rPr>
              <w:t>Obor</w:t>
            </w:r>
            <w:proofErr w:type="spellEnd"/>
            <w:r w:rsidRPr="00C12453">
              <w:rPr>
                <w:b/>
                <w:sz w:val="28"/>
              </w:rPr>
              <w:t xml:space="preserve"> / </w:t>
            </w:r>
            <w:proofErr w:type="spellStart"/>
            <w:r w:rsidRPr="00C12453">
              <w:rPr>
                <w:b/>
                <w:sz w:val="28"/>
              </w:rPr>
              <w:t>zaměření</w:t>
            </w:r>
            <w:proofErr w:type="spellEnd"/>
            <w:r w:rsidR="00B3171F">
              <w:rPr>
                <w:b/>
                <w:sz w:val="28"/>
              </w:rPr>
              <w:t xml:space="preserve"> (</w:t>
            </w:r>
            <w:proofErr w:type="spellStart"/>
            <w:r w:rsidR="00B3171F">
              <w:rPr>
                <w:b/>
                <w:sz w:val="28"/>
              </w:rPr>
              <w:t>vyberte</w:t>
            </w:r>
            <w:proofErr w:type="spellEnd"/>
            <w:r w:rsidR="00B3171F">
              <w:rPr>
                <w:b/>
                <w:sz w:val="28"/>
              </w:rPr>
              <w:t xml:space="preserve"> </w:t>
            </w:r>
            <w:proofErr w:type="spellStart"/>
            <w:r w:rsidR="00B3171F">
              <w:rPr>
                <w:b/>
                <w:sz w:val="28"/>
              </w:rPr>
              <w:t>pouze</w:t>
            </w:r>
            <w:proofErr w:type="spellEnd"/>
            <w:r w:rsidR="00B3171F">
              <w:rPr>
                <w:b/>
                <w:sz w:val="28"/>
              </w:rPr>
              <w:t xml:space="preserve"> </w:t>
            </w:r>
            <w:proofErr w:type="spellStart"/>
            <w:r w:rsidR="00B3171F">
              <w:rPr>
                <w:b/>
                <w:sz w:val="28"/>
              </w:rPr>
              <w:t>jednu</w:t>
            </w:r>
            <w:proofErr w:type="spellEnd"/>
            <w:r w:rsidR="00B3171F">
              <w:rPr>
                <w:b/>
                <w:sz w:val="28"/>
              </w:rPr>
              <w:t xml:space="preserve"> z </w:t>
            </w:r>
            <w:proofErr w:type="spellStart"/>
            <w:r w:rsidR="00B3171F">
              <w:rPr>
                <w:b/>
                <w:sz w:val="28"/>
              </w:rPr>
              <w:t>m</w:t>
            </w:r>
            <w:r w:rsidR="00920150">
              <w:rPr>
                <w:b/>
                <w:sz w:val="28"/>
              </w:rPr>
              <w:t>ožností</w:t>
            </w:r>
            <w:proofErr w:type="spellEnd"/>
            <w:r w:rsidR="00920150">
              <w:rPr>
                <w:b/>
                <w:sz w:val="28"/>
              </w:rPr>
              <w:t>)</w:t>
            </w:r>
          </w:p>
        </w:tc>
      </w:tr>
      <w:tr w:rsidR="00C12453" w:rsidTr="00DA4305">
        <w:trPr>
          <w:trHeight w:val="524"/>
        </w:trPr>
        <w:tc>
          <w:tcPr>
            <w:tcW w:w="5410" w:type="dxa"/>
            <w:gridSpan w:val="5"/>
          </w:tcPr>
          <w:p w:rsidR="00C12453" w:rsidRDefault="00C12453">
            <w:pPr>
              <w:rPr>
                <w:b/>
              </w:rPr>
            </w:pPr>
            <w:proofErr w:type="spellStart"/>
            <w:r>
              <w:rPr>
                <w:b/>
              </w:rPr>
              <w:t>Hudba</w:t>
            </w:r>
            <w:proofErr w:type="spellEnd"/>
            <w:r>
              <w:rPr>
                <w:b/>
              </w:rPr>
              <w:t xml:space="preserve"> </w:t>
            </w:r>
            <w:r w:rsidRPr="00920150">
              <w:rPr>
                <w:b/>
                <w:sz w:val="18"/>
              </w:rPr>
              <w:t>(</w:t>
            </w:r>
            <w:proofErr w:type="spellStart"/>
            <w:r w:rsidR="00920150" w:rsidRPr="00920150">
              <w:rPr>
                <w:b/>
                <w:sz w:val="18"/>
              </w:rPr>
              <w:t>uveďte</w:t>
            </w:r>
            <w:proofErr w:type="spellEnd"/>
            <w:r w:rsidR="00920150" w:rsidRPr="00920150">
              <w:rPr>
                <w:b/>
                <w:sz w:val="18"/>
              </w:rPr>
              <w:t xml:space="preserve"> </w:t>
            </w:r>
            <w:proofErr w:type="spellStart"/>
            <w:r w:rsidR="00920150" w:rsidRPr="00920150">
              <w:rPr>
                <w:b/>
                <w:sz w:val="18"/>
              </w:rPr>
              <w:t>konkrétní</w:t>
            </w:r>
            <w:proofErr w:type="spellEnd"/>
            <w:r w:rsidR="00920150" w:rsidRPr="00920150">
              <w:rPr>
                <w:b/>
                <w:sz w:val="18"/>
              </w:rPr>
              <w:t xml:space="preserve"> </w:t>
            </w:r>
            <w:proofErr w:type="spellStart"/>
            <w:r w:rsidR="00920150" w:rsidRPr="00920150">
              <w:rPr>
                <w:b/>
                <w:sz w:val="18"/>
              </w:rPr>
              <w:t>zaměření</w:t>
            </w:r>
            <w:proofErr w:type="spellEnd"/>
            <w:r w:rsidR="00920150" w:rsidRPr="00920150">
              <w:rPr>
                <w:b/>
                <w:sz w:val="18"/>
              </w:rPr>
              <w:t>/</w:t>
            </w:r>
            <w:proofErr w:type="spellStart"/>
            <w:r w:rsidR="00920150" w:rsidRPr="00920150">
              <w:rPr>
                <w:b/>
                <w:sz w:val="18"/>
              </w:rPr>
              <w:t>nástroj</w:t>
            </w:r>
            <w:proofErr w:type="spellEnd"/>
            <w:r w:rsidR="00B3171F">
              <w:rPr>
                <w:b/>
                <w:sz w:val="18"/>
              </w:rPr>
              <w:t>,</w:t>
            </w:r>
            <w:r w:rsidR="00920150" w:rsidRPr="00920150">
              <w:rPr>
                <w:b/>
                <w:sz w:val="18"/>
              </w:rPr>
              <w:t xml:space="preserve"> </w:t>
            </w:r>
            <w:proofErr w:type="spellStart"/>
            <w:r w:rsidR="00920150" w:rsidRPr="00920150">
              <w:rPr>
                <w:b/>
                <w:sz w:val="18"/>
              </w:rPr>
              <w:t>na</w:t>
            </w:r>
            <w:proofErr w:type="spellEnd"/>
            <w:r w:rsidR="00920150" w:rsidRPr="00920150">
              <w:rPr>
                <w:b/>
                <w:sz w:val="18"/>
              </w:rPr>
              <w:t xml:space="preserve"> </w:t>
            </w:r>
            <w:proofErr w:type="spellStart"/>
            <w:r w:rsidR="00920150" w:rsidRPr="00920150">
              <w:rPr>
                <w:b/>
                <w:sz w:val="18"/>
              </w:rPr>
              <w:t>který</w:t>
            </w:r>
            <w:proofErr w:type="spellEnd"/>
            <w:r w:rsidR="00920150" w:rsidRPr="00920150">
              <w:rPr>
                <w:b/>
                <w:sz w:val="18"/>
              </w:rPr>
              <w:t xml:space="preserve"> se </w:t>
            </w:r>
            <w:proofErr w:type="spellStart"/>
            <w:r w:rsidR="00920150" w:rsidRPr="00920150">
              <w:rPr>
                <w:b/>
                <w:sz w:val="18"/>
              </w:rPr>
              <w:t>hlásíte</w:t>
            </w:r>
            <w:proofErr w:type="spellEnd"/>
            <w:r w:rsidR="00920150" w:rsidRPr="00920150">
              <w:rPr>
                <w:b/>
                <w:sz w:val="18"/>
              </w:rPr>
              <w:t>)</w:t>
            </w:r>
            <w:r w:rsidRPr="00920150">
              <w:rPr>
                <w:b/>
                <w:sz w:val="18"/>
              </w:rPr>
              <w:t>:</w:t>
            </w:r>
          </w:p>
        </w:tc>
        <w:tc>
          <w:tcPr>
            <w:tcW w:w="5103" w:type="dxa"/>
            <w:gridSpan w:val="3"/>
          </w:tcPr>
          <w:p w:rsidR="00C12453" w:rsidRPr="00C12453" w:rsidRDefault="00C12453">
            <w:pPr>
              <w:rPr>
                <w:sz w:val="28"/>
              </w:rPr>
            </w:pPr>
          </w:p>
        </w:tc>
      </w:tr>
      <w:tr w:rsidR="00DA4305" w:rsidTr="00DA4305">
        <w:trPr>
          <w:trHeight w:val="363"/>
        </w:trPr>
        <w:tc>
          <w:tcPr>
            <w:tcW w:w="2008" w:type="dxa"/>
            <w:gridSpan w:val="2"/>
            <w:vMerge w:val="restart"/>
            <w:vAlign w:val="center"/>
          </w:tcPr>
          <w:p w:rsidR="00DA4305" w:rsidRDefault="00DA4305" w:rsidP="00DA4305">
            <w:pPr>
              <w:rPr>
                <w:b/>
              </w:rPr>
            </w:pPr>
            <w:proofErr w:type="spellStart"/>
            <w:r w:rsidRPr="00920150">
              <w:rPr>
                <w:b/>
              </w:rPr>
              <w:t>Zpěv</w:t>
            </w:r>
            <w:proofErr w:type="spellEnd"/>
            <w:r>
              <w:rPr>
                <w:b/>
                <w:sz w:val="28"/>
              </w:rPr>
              <w:t xml:space="preserve"> </w:t>
            </w:r>
            <w:r w:rsidRPr="00920150">
              <w:rPr>
                <w:b/>
                <w:sz w:val="18"/>
              </w:rPr>
              <w:t>(</w:t>
            </w:r>
            <w:proofErr w:type="spellStart"/>
            <w:r w:rsidRPr="00920150">
              <w:rPr>
                <w:b/>
                <w:sz w:val="18"/>
              </w:rPr>
              <w:t>vybrané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zaměření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označte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křížkem</w:t>
            </w:r>
            <w:proofErr w:type="spellEnd"/>
            <w:r w:rsidRPr="00920150">
              <w:rPr>
                <w:b/>
                <w:sz w:val="18"/>
              </w:rPr>
              <w:t>)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0"/>
              </w:rPr>
              <w:t>k</w:t>
            </w:r>
            <w:r w:rsidRPr="00DA4305">
              <w:rPr>
                <w:b/>
                <w:sz w:val="20"/>
              </w:rPr>
              <w:t>lasický</w:t>
            </w:r>
            <w:proofErr w:type="spellEnd"/>
            <w:r w:rsidRPr="00DA4305">
              <w:rPr>
                <w:b/>
                <w:sz w:val="20"/>
              </w:rPr>
              <w:t xml:space="preserve"> </w:t>
            </w:r>
            <w:proofErr w:type="spellStart"/>
            <w:r w:rsidRPr="00DA4305">
              <w:rPr>
                <w:b/>
                <w:sz w:val="20"/>
              </w:rPr>
              <w:t>zpěv</w:t>
            </w:r>
            <w:proofErr w:type="spellEnd"/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0"/>
              </w:rPr>
            </w:pPr>
            <w:proofErr w:type="spellStart"/>
            <w:r w:rsidRPr="00DA4305">
              <w:rPr>
                <w:b/>
                <w:sz w:val="20"/>
              </w:rPr>
              <w:t>populární</w:t>
            </w:r>
            <w:proofErr w:type="spellEnd"/>
            <w:r w:rsidRPr="00DA4305">
              <w:rPr>
                <w:b/>
                <w:sz w:val="20"/>
              </w:rPr>
              <w:t xml:space="preserve"> </w:t>
            </w:r>
            <w:proofErr w:type="spellStart"/>
            <w:r w:rsidRPr="00DA4305">
              <w:rPr>
                <w:b/>
                <w:sz w:val="20"/>
              </w:rPr>
              <w:t>zpěv</w:t>
            </w:r>
            <w:proofErr w:type="spellEnd"/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0"/>
              </w:rPr>
            </w:pPr>
            <w:proofErr w:type="spellStart"/>
            <w:r w:rsidRPr="00DA4305">
              <w:rPr>
                <w:b/>
                <w:sz w:val="20"/>
              </w:rPr>
              <w:t>rockový</w:t>
            </w:r>
            <w:proofErr w:type="spellEnd"/>
            <w:r w:rsidRPr="00DA4305">
              <w:rPr>
                <w:b/>
                <w:sz w:val="20"/>
              </w:rPr>
              <w:t xml:space="preserve"> </w:t>
            </w:r>
            <w:proofErr w:type="spellStart"/>
            <w:r w:rsidRPr="00DA4305">
              <w:rPr>
                <w:b/>
                <w:sz w:val="20"/>
              </w:rPr>
              <w:t>zpěv</w:t>
            </w:r>
            <w:proofErr w:type="spellEnd"/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0"/>
              </w:rPr>
            </w:pPr>
            <w:proofErr w:type="spellStart"/>
            <w:r w:rsidRPr="00DA4305">
              <w:rPr>
                <w:b/>
                <w:sz w:val="20"/>
              </w:rPr>
              <w:t>jazzový</w:t>
            </w:r>
            <w:proofErr w:type="spellEnd"/>
            <w:r w:rsidRPr="00DA4305">
              <w:rPr>
                <w:b/>
                <w:sz w:val="20"/>
              </w:rPr>
              <w:t xml:space="preserve"> </w:t>
            </w:r>
            <w:proofErr w:type="spellStart"/>
            <w:r w:rsidRPr="00DA4305">
              <w:rPr>
                <w:b/>
                <w:sz w:val="20"/>
              </w:rPr>
              <w:t>zpěv</w:t>
            </w:r>
            <w:proofErr w:type="spellEnd"/>
          </w:p>
        </w:tc>
        <w:tc>
          <w:tcPr>
            <w:tcW w:w="1703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 w:rsidRPr="00DA4305">
              <w:rPr>
                <w:b/>
                <w:sz w:val="20"/>
              </w:rPr>
              <w:t>orld music</w:t>
            </w:r>
          </w:p>
        </w:tc>
      </w:tr>
      <w:tr w:rsidR="00920150" w:rsidTr="00DA4305">
        <w:trPr>
          <w:trHeight w:val="377"/>
        </w:trPr>
        <w:tc>
          <w:tcPr>
            <w:tcW w:w="2008" w:type="dxa"/>
            <w:gridSpan w:val="2"/>
            <w:vMerge/>
          </w:tcPr>
          <w:p w:rsidR="00920150" w:rsidRDefault="00920150">
            <w:pPr>
              <w:rPr>
                <w:b/>
              </w:rPr>
            </w:pPr>
          </w:p>
        </w:tc>
        <w:tc>
          <w:tcPr>
            <w:tcW w:w="1701" w:type="dxa"/>
            <w:gridSpan w:val="2"/>
          </w:tcPr>
          <w:p w:rsidR="00920150" w:rsidRPr="00C12453" w:rsidRDefault="00920150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920150" w:rsidRPr="00C12453" w:rsidRDefault="00920150">
            <w:pPr>
              <w:rPr>
                <w:sz w:val="28"/>
              </w:rPr>
            </w:pPr>
          </w:p>
        </w:tc>
        <w:tc>
          <w:tcPr>
            <w:tcW w:w="1700" w:type="dxa"/>
          </w:tcPr>
          <w:p w:rsidR="00920150" w:rsidRPr="00C12453" w:rsidRDefault="00920150">
            <w:pPr>
              <w:rPr>
                <w:sz w:val="28"/>
              </w:rPr>
            </w:pPr>
          </w:p>
        </w:tc>
        <w:tc>
          <w:tcPr>
            <w:tcW w:w="1700" w:type="dxa"/>
          </w:tcPr>
          <w:p w:rsidR="00920150" w:rsidRPr="00C12453" w:rsidRDefault="00920150">
            <w:pPr>
              <w:rPr>
                <w:sz w:val="28"/>
              </w:rPr>
            </w:pPr>
          </w:p>
        </w:tc>
        <w:tc>
          <w:tcPr>
            <w:tcW w:w="1703" w:type="dxa"/>
          </w:tcPr>
          <w:p w:rsidR="00920150" w:rsidRPr="00C12453" w:rsidRDefault="00920150">
            <w:pPr>
              <w:rPr>
                <w:sz w:val="28"/>
              </w:rPr>
            </w:pPr>
          </w:p>
        </w:tc>
      </w:tr>
      <w:tr w:rsidR="00DA4305" w:rsidTr="00DA4305">
        <w:trPr>
          <w:trHeight w:val="377"/>
        </w:trPr>
        <w:tc>
          <w:tcPr>
            <w:tcW w:w="5410" w:type="dxa"/>
            <w:gridSpan w:val="5"/>
            <w:vMerge w:val="restart"/>
          </w:tcPr>
          <w:p w:rsidR="00DA4305" w:rsidRPr="00C12453" w:rsidRDefault="00DA4305" w:rsidP="00DA4305">
            <w:pPr>
              <w:rPr>
                <w:sz w:val="28"/>
              </w:rPr>
            </w:pPr>
            <w:proofErr w:type="spellStart"/>
            <w:r w:rsidRPr="00DA4305">
              <w:rPr>
                <w:b/>
              </w:rPr>
              <w:t>Hudebně</w:t>
            </w:r>
            <w:proofErr w:type="spellEnd"/>
            <w:r w:rsidRPr="00DA4305">
              <w:rPr>
                <w:b/>
              </w:rPr>
              <w:t xml:space="preserve"> </w:t>
            </w:r>
            <w:proofErr w:type="spellStart"/>
            <w:r w:rsidRPr="00DA4305">
              <w:rPr>
                <w:b/>
              </w:rPr>
              <w:t>dramatické</w:t>
            </w:r>
            <w:proofErr w:type="spellEnd"/>
            <w:r w:rsidRPr="00DA4305">
              <w:rPr>
                <w:b/>
              </w:rPr>
              <w:t xml:space="preserve"> </w:t>
            </w:r>
            <w:proofErr w:type="spellStart"/>
            <w:r w:rsidRPr="00DA4305">
              <w:rPr>
                <w:b/>
              </w:rPr>
              <w:t>umění</w:t>
            </w:r>
            <w:proofErr w:type="spellEnd"/>
            <w:r>
              <w:rPr>
                <w:sz w:val="28"/>
              </w:rPr>
              <w:t xml:space="preserve"> </w:t>
            </w:r>
            <w:r w:rsidRPr="00920150">
              <w:rPr>
                <w:b/>
                <w:sz w:val="18"/>
              </w:rPr>
              <w:t>(</w:t>
            </w:r>
            <w:proofErr w:type="spellStart"/>
            <w:r w:rsidRPr="00920150">
              <w:rPr>
                <w:b/>
                <w:sz w:val="18"/>
              </w:rPr>
              <w:t>vybrané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zaměření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označte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křížkem</w:t>
            </w:r>
            <w:proofErr w:type="spellEnd"/>
            <w:r w:rsidRPr="00920150">
              <w:rPr>
                <w:b/>
                <w:sz w:val="18"/>
              </w:rPr>
              <w:t>)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0"/>
              </w:rPr>
              <w:t>herectví</w:t>
            </w:r>
            <w:proofErr w:type="spellEnd"/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muzikál</w:t>
            </w:r>
            <w:proofErr w:type="spellEnd"/>
          </w:p>
        </w:tc>
        <w:tc>
          <w:tcPr>
            <w:tcW w:w="1703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Múzická</w:t>
            </w:r>
            <w:proofErr w:type="spellEnd"/>
            <w:r>
              <w:rPr>
                <w:b/>
                <w:sz w:val="20"/>
              </w:rPr>
              <w:t xml:space="preserve">  a </w:t>
            </w:r>
            <w:proofErr w:type="spellStart"/>
            <w:r>
              <w:rPr>
                <w:b/>
                <w:sz w:val="20"/>
              </w:rPr>
              <w:t>mediální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studia</w:t>
            </w:r>
            <w:proofErr w:type="spellEnd"/>
          </w:p>
        </w:tc>
      </w:tr>
      <w:tr w:rsidR="00DA4305" w:rsidTr="003E0E0C">
        <w:trPr>
          <w:trHeight w:val="377"/>
        </w:trPr>
        <w:tc>
          <w:tcPr>
            <w:tcW w:w="5410" w:type="dxa"/>
            <w:gridSpan w:val="5"/>
            <w:vMerge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700" w:type="dxa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700" w:type="dxa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703" w:type="dxa"/>
          </w:tcPr>
          <w:p w:rsidR="00DA4305" w:rsidRPr="00C12453" w:rsidRDefault="00DA4305">
            <w:pPr>
              <w:rPr>
                <w:sz w:val="28"/>
              </w:rPr>
            </w:pPr>
          </w:p>
        </w:tc>
      </w:tr>
      <w:tr w:rsidR="00DA4305" w:rsidTr="00DA4305">
        <w:trPr>
          <w:trHeight w:val="377"/>
        </w:trPr>
        <w:tc>
          <w:tcPr>
            <w:tcW w:w="10513" w:type="dxa"/>
            <w:gridSpan w:val="8"/>
            <w:shd w:val="clear" w:color="auto" w:fill="D9D9D9" w:themeFill="background1" w:themeFillShade="D9"/>
          </w:tcPr>
          <w:p w:rsidR="00DA4305" w:rsidRPr="00C12453" w:rsidRDefault="00DA4305" w:rsidP="00DA4305">
            <w:pPr>
              <w:jc w:val="center"/>
              <w:rPr>
                <w:sz w:val="28"/>
              </w:rPr>
            </w:pPr>
            <w:proofErr w:type="spellStart"/>
            <w:r w:rsidRPr="00DA4305">
              <w:rPr>
                <w:b/>
                <w:sz w:val="28"/>
              </w:rPr>
              <w:t>Termíny</w:t>
            </w:r>
            <w:proofErr w:type="spellEnd"/>
            <w:r>
              <w:rPr>
                <w:b/>
                <w:sz w:val="28"/>
              </w:rPr>
              <w:t xml:space="preserve"> </w:t>
            </w:r>
            <w:r w:rsidRPr="00920150">
              <w:rPr>
                <w:b/>
                <w:sz w:val="18"/>
              </w:rPr>
              <w:t>(</w:t>
            </w:r>
            <w:proofErr w:type="spellStart"/>
            <w:r w:rsidRPr="00920150">
              <w:rPr>
                <w:b/>
                <w:sz w:val="18"/>
              </w:rPr>
              <w:t>vybrané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termíny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označte</w:t>
            </w:r>
            <w:proofErr w:type="spellEnd"/>
            <w:r w:rsidRPr="00920150">
              <w:rPr>
                <w:b/>
                <w:sz w:val="18"/>
              </w:rPr>
              <w:t xml:space="preserve"> </w:t>
            </w:r>
            <w:proofErr w:type="spellStart"/>
            <w:r w:rsidRPr="00920150">
              <w:rPr>
                <w:b/>
                <w:sz w:val="18"/>
              </w:rPr>
              <w:t>křížkem</w:t>
            </w:r>
            <w:proofErr w:type="spellEnd"/>
            <w:r w:rsidRPr="00920150">
              <w:rPr>
                <w:b/>
                <w:sz w:val="18"/>
              </w:rPr>
              <w:t>)</w:t>
            </w:r>
          </w:p>
        </w:tc>
      </w:tr>
      <w:tr w:rsidR="00DA4305" w:rsidTr="00DA4305">
        <w:trPr>
          <w:trHeight w:val="377"/>
        </w:trPr>
        <w:tc>
          <w:tcPr>
            <w:tcW w:w="1803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</w:rPr>
            </w:pPr>
            <w:r w:rsidRPr="00DA4305">
              <w:rPr>
                <w:b/>
              </w:rPr>
              <w:t>10.10.</w:t>
            </w:r>
          </w:p>
        </w:tc>
        <w:tc>
          <w:tcPr>
            <w:tcW w:w="1803" w:type="dxa"/>
            <w:gridSpan w:val="2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</w:rPr>
            </w:pPr>
            <w:r w:rsidRPr="00DA4305">
              <w:rPr>
                <w:b/>
              </w:rPr>
              <w:t>24.10.</w:t>
            </w:r>
          </w:p>
        </w:tc>
        <w:tc>
          <w:tcPr>
            <w:tcW w:w="1804" w:type="dxa"/>
            <w:gridSpan w:val="2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</w:rPr>
            </w:pPr>
            <w:r w:rsidRPr="00DA4305">
              <w:rPr>
                <w:b/>
              </w:rPr>
              <w:t>7.11.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</w:rPr>
            </w:pPr>
            <w:r w:rsidRPr="00DA4305">
              <w:rPr>
                <w:b/>
              </w:rPr>
              <w:t>21.11.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</w:rPr>
            </w:pPr>
            <w:r w:rsidRPr="00DA4305">
              <w:rPr>
                <w:b/>
              </w:rPr>
              <w:t>5.12.</w:t>
            </w:r>
          </w:p>
        </w:tc>
        <w:tc>
          <w:tcPr>
            <w:tcW w:w="1703" w:type="dxa"/>
            <w:shd w:val="clear" w:color="auto" w:fill="D9D9D9" w:themeFill="background1" w:themeFillShade="D9"/>
            <w:vAlign w:val="center"/>
          </w:tcPr>
          <w:p w:rsidR="00DA4305" w:rsidRPr="00DA4305" w:rsidRDefault="00DA4305" w:rsidP="00DA4305">
            <w:pPr>
              <w:jc w:val="center"/>
              <w:rPr>
                <w:b/>
              </w:rPr>
            </w:pPr>
            <w:r w:rsidRPr="00DA4305">
              <w:rPr>
                <w:b/>
              </w:rPr>
              <w:t>12.12.</w:t>
            </w:r>
          </w:p>
        </w:tc>
      </w:tr>
      <w:tr w:rsidR="00DA4305" w:rsidTr="00E359AD">
        <w:trPr>
          <w:trHeight w:val="377"/>
        </w:trPr>
        <w:tc>
          <w:tcPr>
            <w:tcW w:w="1803" w:type="dxa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803" w:type="dxa"/>
            <w:gridSpan w:val="2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804" w:type="dxa"/>
            <w:gridSpan w:val="2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700" w:type="dxa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700" w:type="dxa"/>
          </w:tcPr>
          <w:p w:rsidR="00DA4305" w:rsidRPr="00C12453" w:rsidRDefault="00DA4305">
            <w:pPr>
              <w:rPr>
                <w:sz w:val="28"/>
              </w:rPr>
            </w:pPr>
          </w:p>
        </w:tc>
        <w:tc>
          <w:tcPr>
            <w:tcW w:w="1703" w:type="dxa"/>
          </w:tcPr>
          <w:p w:rsidR="00DA4305" w:rsidRPr="00C12453" w:rsidRDefault="00DA4305">
            <w:pPr>
              <w:rPr>
                <w:sz w:val="28"/>
              </w:rPr>
            </w:pPr>
          </w:p>
        </w:tc>
      </w:tr>
    </w:tbl>
    <w:p w:rsidR="00694E0A" w:rsidRDefault="00694E0A"/>
    <w:p w:rsidR="00234802" w:rsidRPr="00234802" w:rsidRDefault="00694E0A" w:rsidP="00234802">
      <w:pPr>
        <w:pStyle w:val="pdq2pgselectionanchorcontainer"/>
        <w:rPr>
          <w:b/>
          <w:i/>
        </w:rPr>
      </w:pPr>
      <w:bookmarkStart w:id="0" w:name="_GoBack"/>
      <w:bookmarkEnd w:id="0"/>
      <w:r>
        <w:br/>
      </w:r>
      <w:r w:rsidR="00234802" w:rsidRPr="00234802">
        <w:rPr>
          <w:rStyle w:val="Siln"/>
          <w:b w:val="0"/>
          <w:i/>
        </w:rPr>
        <w:t>Osobní údaje uvedené v této přihlášce budou zpracovávány za účelem evidence účastníků a organizace přípravných kurzů k přijímacím zkouškám, včetně komunikace s uchazečem nebo jeho zákonným zástupcem a související administrativy.</w:t>
      </w:r>
    </w:p>
    <w:p w:rsidR="00234802" w:rsidRPr="00234802" w:rsidRDefault="00234802" w:rsidP="00234802">
      <w:pPr>
        <w:pStyle w:val="Normlnweb"/>
        <w:rPr>
          <w:i/>
        </w:rPr>
      </w:pPr>
      <w:r w:rsidRPr="00234802">
        <w:rPr>
          <w:rStyle w:val="Siln"/>
          <w:b w:val="0"/>
          <w:i/>
        </w:rPr>
        <w:t xml:space="preserve">Odesláním vyplněné přihlášky na e-mailovou adresu pořadatele uchazeč, případně jeho zákonný zástupce, potvrzuje správnost uvedených údajů a svůj zájem o účast v kurzu. </w:t>
      </w:r>
    </w:p>
    <w:p w:rsidR="0058624C" w:rsidRDefault="0058624C"/>
    <w:p w:rsidR="0058624C" w:rsidRDefault="00694E0A">
      <w:r>
        <w:br/>
        <w:t>V ......................................... dne ...............................</w:t>
      </w:r>
    </w:p>
    <w:p w:rsidR="0058624C" w:rsidRDefault="00694E0A" w:rsidP="00DA4305">
      <w:pPr>
        <w:spacing w:after="0" w:line="240" w:lineRule="auto"/>
      </w:pPr>
      <w:r>
        <w:br/>
        <w:t>Podpis uchazeče / zákonného zástupce: .........................................</w:t>
      </w:r>
    </w:p>
    <w:p w:rsidR="00DA4305" w:rsidRPr="00B3171F" w:rsidRDefault="00B3171F" w:rsidP="00B3171F">
      <w:pPr>
        <w:pStyle w:val="Normlnweb"/>
        <w:spacing w:before="0" w:beforeAutospacing="0" w:after="0" w:afterAutospacing="0"/>
        <w:rPr>
          <w:b/>
          <w:i/>
        </w:rPr>
      </w:pPr>
      <w:r w:rsidRPr="00B3171F">
        <w:rPr>
          <w:b/>
          <w:i/>
        </w:rPr>
        <w:t>Při elektronickém zaslání přihlášky není elektronický podpis vyžadován.</w:t>
      </w:r>
    </w:p>
    <w:sectPr w:rsidR="00DA4305" w:rsidRPr="00B3171F" w:rsidSect="009201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4802"/>
    <w:rsid w:val="0029639D"/>
    <w:rsid w:val="00326F90"/>
    <w:rsid w:val="003F0965"/>
    <w:rsid w:val="00467FD9"/>
    <w:rsid w:val="0058624C"/>
    <w:rsid w:val="00694E0A"/>
    <w:rsid w:val="00920150"/>
    <w:rsid w:val="00AA1D8D"/>
    <w:rsid w:val="00B3171F"/>
    <w:rsid w:val="00B47730"/>
    <w:rsid w:val="00C12453"/>
    <w:rsid w:val="00CB0664"/>
    <w:rsid w:val="00DA43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41BA3"/>
  <w14:defaultImageDpi w14:val="300"/>
  <w15:docId w15:val="{01689144-BA72-4401-B6E6-F1BF0EC0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ln"/>
    <w:rsid w:val="00234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234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0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432DDF-4AA5-4D46-87D7-486F99417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208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Stastny</cp:lastModifiedBy>
  <cp:revision>4</cp:revision>
  <dcterms:created xsi:type="dcterms:W3CDTF">2026-09-10T09:56:00Z</dcterms:created>
  <dcterms:modified xsi:type="dcterms:W3CDTF">2026-09-22T09:53:00Z</dcterms:modified>
  <cp:category/>
</cp:coreProperties>
</file>